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A1296" w14:textId="74149031" w:rsidR="00021FF0" w:rsidRPr="0060740F" w:rsidRDefault="0060740F" w:rsidP="00021FF0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Checklist- </w:t>
      </w:r>
      <w:r w:rsidR="00021FF0" w:rsidRPr="0060740F">
        <w:rPr>
          <w:rFonts w:ascii="Times New Roman" w:hAnsi="Times New Roman" w:cs="Times New Roman"/>
          <w:color w:val="auto"/>
          <w:sz w:val="24"/>
          <w:szCs w:val="24"/>
        </w:rPr>
        <w:t>Before Running Regression</w:t>
      </w:r>
      <w:r w:rsidR="00021FF0" w:rsidRPr="0060740F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14:paraId="27C7FE54" w14:textId="77777777" w:rsidR="00021FF0" w:rsidRPr="0060740F" w:rsidRDefault="00021FF0" w:rsidP="00021FF0">
      <w:pPr>
        <w:pStyle w:val="NormalWeb"/>
      </w:pPr>
      <w:r w:rsidRPr="0060740F">
        <w:rPr>
          <w:rFonts w:ascii="Segoe UI Symbol" w:hAnsi="Segoe UI Symbol" w:cs="Segoe UI Symbol"/>
        </w:rPr>
        <w:t>☐</w:t>
      </w:r>
      <w:r w:rsidRPr="0060740F">
        <w:t xml:space="preserve"> Reliability acceptable.</w:t>
      </w:r>
    </w:p>
    <w:p w14:paraId="3E749D7B" w14:textId="77777777" w:rsidR="00021FF0" w:rsidRPr="0060740F" w:rsidRDefault="00021FF0" w:rsidP="00021FF0">
      <w:pPr>
        <w:pStyle w:val="NormalWeb"/>
      </w:pPr>
      <w:r w:rsidRPr="0060740F">
        <w:rPr>
          <w:rFonts w:ascii="Segoe UI Symbol" w:hAnsi="Segoe UI Symbol" w:cs="Segoe UI Symbol"/>
        </w:rPr>
        <w:t>☐</w:t>
      </w:r>
      <w:r w:rsidRPr="0060740F">
        <w:t xml:space="preserve"> Validity confirmed.</w:t>
      </w:r>
    </w:p>
    <w:p w14:paraId="1ACA3DAB" w14:textId="77777777" w:rsidR="00021FF0" w:rsidRPr="0060740F" w:rsidRDefault="00021FF0" w:rsidP="00021FF0">
      <w:pPr>
        <w:pStyle w:val="NormalWeb"/>
      </w:pPr>
      <w:r w:rsidRPr="0060740F">
        <w:rPr>
          <w:rFonts w:ascii="Segoe UI Symbol" w:hAnsi="Segoe UI Symbol" w:cs="Segoe UI Symbol"/>
        </w:rPr>
        <w:t>☐</w:t>
      </w:r>
      <w:r w:rsidRPr="0060740F">
        <w:t xml:space="preserve"> Normality satisfied.</w:t>
      </w:r>
    </w:p>
    <w:p w14:paraId="5BAC959F" w14:textId="77777777" w:rsidR="00021FF0" w:rsidRPr="0060740F" w:rsidRDefault="00021FF0" w:rsidP="00021FF0">
      <w:pPr>
        <w:pStyle w:val="NormalWeb"/>
      </w:pPr>
      <w:r w:rsidRPr="0060740F">
        <w:rPr>
          <w:rFonts w:ascii="Segoe UI Symbol" w:hAnsi="Segoe UI Symbol" w:cs="Segoe UI Symbol"/>
        </w:rPr>
        <w:t>☐</w:t>
      </w:r>
      <w:r w:rsidRPr="0060740F">
        <w:t xml:space="preserve"> No multicollinearity.</w:t>
      </w:r>
    </w:p>
    <w:p w14:paraId="06F4E010" w14:textId="77777777" w:rsidR="00021FF0" w:rsidRPr="0060740F" w:rsidRDefault="00021FF0" w:rsidP="00021FF0">
      <w:pPr>
        <w:pStyle w:val="NormalWeb"/>
      </w:pPr>
      <w:r w:rsidRPr="0060740F">
        <w:rPr>
          <w:rFonts w:ascii="Segoe UI Symbol" w:hAnsi="Segoe UI Symbol" w:cs="Segoe UI Symbol"/>
        </w:rPr>
        <w:t>☐</w:t>
      </w:r>
      <w:r w:rsidRPr="0060740F">
        <w:t xml:space="preserve"> Linearity satisfied.</w:t>
      </w:r>
    </w:p>
    <w:p w14:paraId="7B447D7B" w14:textId="77777777" w:rsidR="00021FF0" w:rsidRPr="0060740F" w:rsidRDefault="00021FF0" w:rsidP="00021FF0">
      <w:pPr>
        <w:pStyle w:val="NormalWeb"/>
      </w:pPr>
      <w:r w:rsidRPr="0060740F">
        <w:rPr>
          <w:rFonts w:ascii="Segoe UI Symbol" w:hAnsi="Segoe UI Symbol" w:cs="Segoe UI Symbol"/>
        </w:rPr>
        <w:t>☐</w:t>
      </w:r>
      <w:r w:rsidRPr="0060740F">
        <w:t xml:space="preserve"> Homoscedasticity satisfied.</w:t>
      </w:r>
    </w:p>
    <w:p w14:paraId="0D8ED651" w14:textId="77777777" w:rsidR="00021FF0" w:rsidRPr="0060740F" w:rsidRDefault="00021FF0" w:rsidP="00021FF0">
      <w:pPr>
        <w:pStyle w:val="NormalWeb"/>
      </w:pPr>
      <w:r w:rsidRPr="0060740F">
        <w:rPr>
          <w:rFonts w:ascii="Segoe UI Symbol" w:hAnsi="Segoe UI Symbol" w:cs="Segoe UI Symbol"/>
        </w:rPr>
        <w:t>☐</w:t>
      </w:r>
      <w:r w:rsidRPr="0060740F">
        <w:t xml:space="preserve"> No autocorrelation.</w:t>
      </w:r>
    </w:p>
    <w:p w14:paraId="5E1F0BD5" w14:textId="3DE46E95" w:rsidR="00021FF0" w:rsidRPr="0060740F" w:rsidRDefault="00021FF0" w:rsidP="0060740F">
      <w:pPr>
        <w:pStyle w:val="NormalWeb"/>
      </w:pPr>
      <w:r w:rsidRPr="0060740F">
        <w:rPr>
          <w:rFonts w:ascii="Segoe UI Symbol" w:hAnsi="Segoe UI Symbol" w:cs="Segoe UI Symbol"/>
        </w:rPr>
        <w:t>☐</w:t>
      </w:r>
      <w:r w:rsidRPr="0060740F">
        <w:t xml:space="preserve"> Data ready for regression analysis.</w:t>
      </w:r>
    </w:p>
    <w:p w14:paraId="26B1C202" w14:textId="0661623A" w:rsidR="00021FF0" w:rsidRPr="0060740F" w:rsidRDefault="00021FF0" w:rsidP="00021FF0">
      <w:pPr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b/>
          <w:sz w:val="24"/>
          <w:szCs w:val="24"/>
        </w:rPr>
        <w:t>NOTE:</w:t>
      </w:r>
      <w:r w:rsidRPr="0060740F">
        <w:rPr>
          <w:rFonts w:ascii="Times New Roman" w:hAnsi="Times New Roman" w:cs="Times New Roman"/>
          <w:sz w:val="24"/>
          <w:szCs w:val="24"/>
        </w:rPr>
        <w:t xml:space="preserve"> </w:t>
      </w:r>
      <w:r w:rsidRPr="0060740F">
        <w:rPr>
          <w:rFonts w:ascii="Times New Roman" w:hAnsi="Times New Roman" w:cs="Times New Roman"/>
          <w:sz w:val="24"/>
          <w:szCs w:val="24"/>
        </w:rPr>
        <w:t>If all the above boxes are checked, your dataset is generally ready for regression analysis and thesis reporting.</w:t>
      </w:r>
    </w:p>
    <w:p w14:paraId="3C16E658" w14:textId="77777777" w:rsidR="00021FF0" w:rsidRPr="0060740F" w:rsidRDefault="00021FF0" w:rsidP="00021FF0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E55ADAC" w14:textId="77777777" w:rsidR="00021FF0" w:rsidRPr="0060740F" w:rsidRDefault="00021FF0" w:rsidP="00021FF0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3F1A8F33" w14:textId="5C15D9AD" w:rsidR="00021FF0" w:rsidRPr="0060740F" w:rsidRDefault="00021FF0" w:rsidP="00021FF0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4D4CB7DC" w14:textId="13364FFC" w:rsidR="00021FF0" w:rsidRPr="0060740F" w:rsidRDefault="00021FF0" w:rsidP="00021FF0">
      <w:pPr>
        <w:rPr>
          <w:rFonts w:ascii="Times New Roman" w:hAnsi="Times New Roman" w:cs="Times New Roman"/>
          <w:sz w:val="24"/>
          <w:szCs w:val="24"/>
        </w:rPr>
      </w:pPr>
    </w:p>
    <w:p w14:paraId="25A740F4" w14:textId="1C739248" w:rsidR="00021FF0" w:rsidRPr="0060740F" w:rsidRDefault="00021FF0" w:rsidP="00021FF0">
      <w:pPr>
        <w:rPr>
          <w:rFonts w:ascii="Times New Roman" w:hAnsi="Times New Roman" w:cs="Times New Roman"/>
          <w:sz w:val="24"/>
          <w:szCs w:val="24"/>
        </w:rPr>
      </w:pPr>
    </w:p>
    <w:p w14:paraId="18BF8C21" w14:textId="076F9BC5" w:rsidR="00021FF0" w:rsidRPr="0060740F" w:rsidRDefault="00021FF0" w:rsidP="00021FF0">
      <w:pPr>
        <w:rPr>
          <w:rFonts w:ascii="Times New Roman" w:hAnsi="Times New Roman" w:cs="Times New Roman"/>
          <w:sz w:val="24"/>
          <w:szCs w:val="24"/>
        </w:rPr>
      </w:pPr>
    </w:p>
    <w:p w14:paraId="5FB77682" w14:textId="1C4A3DEF" w:rsidR="00021FF0" w:rsidRPr="0060740F" w:rsidRDefault="00021FF0" w:rsidP="00021FF0">
      <w:pPr>
        <w:rPr>
          <w:rFonts w:ascii="Times New Roman" w:hAnsi="Times New Roman" w:cs="Times New Roman"/>
          <w:sz w:val="24"/>
          <w:szCs w:val="24"/>
        </w:rPr>
      </w:pPr>
    </w:p>
    <w:p w14:paraId="6736B218" w14:textId="385B2C5E" w:rsidR="00021FF0" w:rsidRPr="0060740F" w:rsidRDefault="00021FF0" w:rsidP="00021FF0">
      <w:pPr>
        <w:rPr>
          <w:rFonts w:ascii="Times New Roman" w:hAnsi="Times New Roman" w:cs="Times New Roman"/>
          <w:sz w:val="24"/>
          <w:szCs w:val="24"/>
        </w:rPr>
      </w:pPr>
    </w:p>
    <w:p w14:paraId="1CC1F056" w14:textId="572DD314" w:rsidR="00021FF0" w:rsidRPr="0060740F" w:rsidRDefault="00021FF0" w:rsidP="00021FF0">
      <w:pPr>
        <w:rPr>
          <w:rFonts w:ascii="Times New Roman" w:hAnsi="Times New Roman" w:cs="Times New Roman"/>
          <w:sz w:val="24"/>
          <w:szCs w:val="24"/>
        </w:rPr>
      </w:pPr>
    </w:p>
    <w:p w14:paraId="14079D2E" w14:textId="0325AB4E" w:rsidR="00021FF0" w:rsidRPr="0060740F" w:rsidRDefault="00021FF0" w:rsidP="00021FF0">
      <w:pPr>
        <w:rPr>
          <w:rFonts w:ascii="Times New Roman" w:hAnsi="Times New Roman" w:cs="Times New Roman"/>
          <w:sz w:val="24"/>
          <w:szCs w:val="24"/>
        </w:rPr>
      </w:pPr>
    </w:p>
    <w:p w14:paraId="57298EA6" w14:textId="705262CD" w:rsidR="00021FF0" w:rsidRPr="0060740F" w:rsidRDefault="00021FF0" w:rsidP="00021FF0">
      <w:pPr>
        <w:rPr>
          <w:rFonts w:ascii="Times New Roman" w:hAnsi="Times New Roman" w:cs="Times New Roman"/>
          <w:sz w:val="24"/>
          <w:szCs w:val="24"/>
        </w:rPr>
      </w:pPr>
    </w:p>
    <w:p w14:paraId="51EDB3CB" w14:textId="37F4A2E9" w:rsidR="008C1892" w:rsidRPr="0060740F" w:rsidRDefault="004D65FC" w:rsidP="00021FF0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0740F">
        <w:rPr>
          <w:rFonts w:ascii="Times New Roman" w:hAnsi="Times New Roman" w:cs="Times New Roman"/>
          <w:color w:val="auto"/>
          <w:sz w:val="24"/>
          <w:szCs w:val="24"/>
        </w:rPr>
        <w:lastRenderedPageBreak/>
        <w:t>SPSS Intermediate Training Assignment</w:t>
      </w:r>
    </w:p>
    <w:p w14:paraId="1EDE448A" w14:textId="77777777" w:rsidR="00021FF0" w:rsidRPr="0060740F" w:rsidRDefault="00021FF0" w:rsidP="00021FF0">
      <w:pPr>
        <w:rPr>
          <w:rFonts w:ascii="Times New Roman" w:hAnsi="Times New Roman" w:cs="Times New Roman"/>
          <w:b/>
          <w:sz w:val="24"/>
          <w:szCs w:val="24"/>
        </w:rPr>
      </w:pPr>
    </w:p>
    <w:p w14:paraId="7C140B52" w14:textId="0FB44FCD" w:rsidR="00021FF0" w:rsidRPr="0060740F" w:rsidRDefault="00021FF0" w:rsidP="00021F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40F">
        <w:rPr>
          <w:rFonts w:ascii="Times New Roman" w:hAnsi="Times New Roman" w:cs="Times New Roman"/>
          <w:b/>
          <w:sz w:val="24"/>
          <w:szCs w:val="24"/>
        </w:rPr>
        <w:t>SPSS Training Series – Session 2 (Intermediate)</w:t>
      </w:r>
    </w:p>
    <w:p w14:paraId="271763B4" w14:textId="4FF81A41" w:rsidR="008C1892" w:rsidRPr="0060740F" w:rsidRDefault="004D65FC" w:rsidP="00021FF0">
      <w:pPr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b/>
          <w:sz w:val="24"/>
          <w:szCs w:val="24"/>
        </w:rPr>
        <w:t>Instructions</w:t>
      </w:r>
      <w:r w:rsidRPr="0060740F">
        <w:rPr>
          <w:rFonts w:ascii="Times New Roman" w:hAnsi="Times New Roman" w:cs="Times New Roman"/>
          <w:b/>
          <w:sz w:val="24"/>
          <w:szCs w:val="24"/>
        </w:rPr>
        <w:br/>
      </w:r>
    </w:p>
    <w:p w14:paraId="4758B03B" w14:textId="77777777" w:rsidR="008C1892" w:rsidRPr="0060740F" w:rsidRDefault="004D65FC">
      <w:pPr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1. Use any quantitative dataset containing at least 30 observations.</w:t>
      </w:r>
    </w:p>
    <w:p w14:paraId="306D97FC" w14:textId="77777777" w:rsidR="008C1892" w:rsidRPr="0060740F" w:rsidRDefault="004D65FC">
      <w:pPr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 xml:space="preserve">2. The dataset should have at least 10 Likert-scale </w:t>
      </w:r>
      <w:r w:rsidRPr="0060740F">
        <w:rPr>
          <w:rFonts w:ascii="Times New Roman" w:hAnsi="Times New Roman" w:cs="Times New Roman"/>
          <w:sz w:val="24"/>
          <w:szCs w:val="24"/>
        </w:rPr>
        <w:t>questionnaire items measuring one or more constructs.</w:t>
      </w:r>
    </w:p>
    <w:p w14:paraId="776C5C23" w14:textId="77777777" w:rsidR="008C1892" w:rsidRPr="0060740F" w:rsidRDefault="004D65FC">
      <w:pPr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3. Perform all analyses using SPSS.</w:t>
      </w:r>
    </w:p>
    <w:p w14:paraId="13179065" w14:textId="77777777" w:rsidR="008C1892" w:rsidRPr="0060740F" w:rsidRDefault="004D65FC">
      <w:pPr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4. Present screenshots of important SPSS outputs where necessary.</w:t>
      </w:r>
    </w:p>
    <w:p w14:paraId="0A0B38E7" w14:textId="77777777" w:rsidR="008C1892" w:rsidRPr="0060740F" w:rsidRDefault="004D65FC">
      <w:pPr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5. Interpret every result in your own words.</w:t>
      </w:r>
    </w:p>
    <w:p w14:paraId="6B92B0F6" w14:textId="77777777" w:rsidR="008C1892" w:rsidRPr="0060740F" w:rsidRDefault="004D65FC">
      <w:pPr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6. Submit both the SPSS output (.spv) and a Word/PDF re</w:t>
      </w:r>
      <w:r w:rsidRPr="0060740F">
        <w:rPr>
          <w:rFonts w:ascii="Times New Roman" w:hAnsi="Times New Roman" w:cs="Times New Roman"/>
          <w:sz w:val="24"/>
          <w:szCs w:val="24"/>
        </w:rPr>
        <w:t>port.</w:t>
      </w:r>
    </w:p>
    <w:p w14:paraId="759BAC4C" w14:textId="50F403CA" w:rsidR="008C1892" w:rsidRPr="0060740F" w:rsidRDefault="004D65FC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60740F">
        <w:rPr>
          <w:rFonts w:ascii="Times New Roman" w:hAnsi="Times New Roman" w:cs="Times New Roman"/>
          <w:color w:val="auto"/>
          <w:sz w:val="24"/>
          <w:szCs w:val="24"/>
        </w:rPr>
        <w:t xml:space="preserve">Question 1: Reliability Analysis </w:t>
      </w:r>
    </w:p>
    <w:p w14:paraId="702DE534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Conduct a reliability test using Cronbach's Alpha.</w:t>
      </w:r>
    </w:p>
    <w:p w14:paraId="2BBEF700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Report the Cronbach's Alpha coefficient.</w:t>
      </w:r>
    </w:p>
    <w:p w14:paraId="58167F42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State whether the reliability is acceptable.</w:t>
      </w:r>
    </w:p>
    <w:p w14:paraId="721CF305" w14:textId="3C4242F6" w:rsidR="008C1892" w:rsidRPr="0060740F" w:rsidRDefault="004D65FC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60740F">
        <w:rPr>
          <w:rFonts w:ascii="Times New Roman" w:hAnsi="Times New Roman" w:cs="Times New Roman"/>
          <w:color w:val="auto"/>
          <w:sz w:val="24"/>
          <w:szCs w:val="24"/>
        </w:rPr>
        <w:t xml:space="preserve">Question 2: Validity Test </w:t>
      </w:r>
    </w:p>
    <w:p w14:paraId="5BA4042C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Conduct the KMO test.</w:t>
      </w:r>
    </w:p>
    <w:p w14:paraId="3E40E17A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Conduct Bartlett's Test of Sphericity.</w:t>
      </w:r>
    </w:p>
    <w:p w14:paraId="5A16E8D3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Perform Exploratory Factor Analysis (Principal Component Analysis).</w:t>
      </w:r>
    </w:p>
    <w:p w14:paraId="3BEEC8E2" w14:textId="31A50B0B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Report the KM</w:t>
      </w:r>
      <w:r w:rsidRPr="0060740F">
        <w:rPr>
          <w:rFonts w:ascii="Times New Roman" w:hAnsi="Times New Roman" w:cs="Times New Roman"/>
          <w:sz w:val="24"/>
          <w:szCs w:val="24"/>
        </w:rPr>
        <w:t>O value, Bartlett significance</w:t>
      </w:r>
    </w:p>
    <w:p w14:paraId="529D64F6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Based on the factor loadings, identify items that should be retained or removed.</w:t>
      </w:r>
    </w:p>
    <w:p w14:paraId="7B37098E" w14:textId="77777777" w:rsidR="008C1892" w:rsidRPr="0060740F" w:rsidRDefault="004D65FC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60740F">
        <w:rPr>
          <w:rFonts w:ascii="Times New Roman" w:hAnsi="Times New Roman" w:cs="Times New Roman"/>
          <w:color w:val="auto"/>
          <w:sz w:val="24"/>
          <w:szCs w:val="24"/>
        </w:rPr>
        <w:t>Question 3: Normality Test (15 Marks)</w:t>
      </w:r>
    </w:p>
    <w:p w14:paraId="097684C6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Assess normality using Histogram, Normal P-P Plot</w:t>
      </w:r>
      <w:r w:rsidRPr="0060740F">
        <w:rPr>
          <w:rFonts w:ascii="Times New Roman" w:hAnsi="Times New Roman" w:cs="Times New Roman"/>
          <w:sz w:val="24"/>
          <w:szCs w:val="24"/>
        </w:rPr>
        <w:t>, Skewness, and Kurtosis.</w:t>
      </w:r>
    </w:p>
    <w:p w14:paraId="22D060E5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Interpret all findings.</w:t>
      </w:r>
    </w:p>
    <w:p w14:paraId="2F21F72D" w14:textId="550FA464" w:rsidR="008C1892" w:rsidRPr="0060740F" w:rsidRDefault="004D65FC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60740F">
        <w:rPr>
          <w:rFonts w:ascii="Times New Roman" w:hAnsi="Times New Roman" w:cs="Times New Roman"/>
          <w:color w:val="auto"/>
          <w:sz w:val="24"/>
          <w:szCs w:val="24"/>
        </w:rPr>
        <w:t xml:space="preserve">Question 4: Multicollinearity Test </w:t>
      </w:r>
    </w:p>
    <w:p w14:paraId="451445D9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Run a regression model and report Tolerance and Variance Inflation Factor (VIF).</w:t>
      </w:r>
    </w:p>
    <w:p w14:paraId="39312E36" w14:textId="74609899" w:rsidR="00021FF0" w:rsidRPr="0060740F" w:rsidRDefault="004D65FC" w:rsidP="0060740F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State whether multicollinearity exists.</w:t>
      </w:r>
      <w:bookmarkStart w:id="0" w:name="_GoBack"/>
      <w:bookmarkEnd w:id="0"/>
    </w:p>
    <w:p w14:paraId="680EAD05" w14:textId="5422860A" w:rsidR="008C1892" w:rsidRPr="0060740F" w:rsidRDefault="004D65FC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60740F">
        <w:rPr>
          <w:rFonts w:ascii="Times New Roman" w:hAnsi="Times New Roman" w:cs="Times New Roman"/>
          <w:color w:val="auto"/>
          <w:sz w:val="24"/>
          <w:szCs w:val="24"/>
        </w:rPr>
        <w:t xml:space="preserve">Question 5: Linearity Test </w:t>
      </w:r>
    </w:p>
    <w:p w14:paraId="16109773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Produce the appropriate scatter plots.</w:t>
      </w:r>
    </w:p>
    <w:p w14:paraId="158EC935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Determine whether a linear relationship exists and justify your conclusion.</w:t>
      </w:r>
    </w:p>
    <w:p w14:paraId="21C9B319" w14:textId="4B7D152F" w:rsidR="008C1892" w:rsidRPr="0060740F" w:rsidRDefault="004D65FC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60740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Question 6: Heteroscedasticity Test </w:t>
      </w:r>
    </w:p>
    <w:p w14:paraId="51E88C70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Use standardized residual plots to assess heteroscedasticity.</w:t>
      </w:r>
    </w:p>
    <w:p w14:paraId="61609407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Interpret your findings.</w:t>
      </w:r>
    </w:p>
    <w:p w14:paraId="511BCD99" w14:textId="18A286F7" w:rsidR="008C1892" w:rsidRPr="0060740F" w:rsidRDefault="004D65FC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60740F">
        <w:rPr>
          <w:rFonts w:ascii="Times New Roman" w:hAnsi="Times New Roman" w:cs="Times New Roman"/>
          <w:color w:val="auto"/>
          <w:sz w:val="24"/>
          <w:szCs w:val="24"/>
        </w:rPr>
        <w:t>Questio</w:t>
      </w:r>
      <w:r w:rsidRPr="0060740F">
        <w:rPr>
          <w:rFonts w:ascii="Times New Roman" w:hAnsi="Times New Roman" w:cs="Times New Roman"/>
          <w:color w:val="auto"/>
          <w:sz w:val="24"/>
          <w:szCs w:val="24"/>
        </w:rPr>
        <w:t xml:space="preserve">n 7: Autocorrelation Test </w:t>
      </w:r>
    </w:p>
    <w:p w14:paraId="32AB467E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Run a regression model and report the Durbin-Watson statistic.</w:t>
      </w:r>
    </w:p>
    <w:p w14:paraId="6FBC166E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Interpret the result.</w:t>
      </w:r>
    </w:p>
    <w:p w14:paraId="1DB55ED1" w14:textId="77777777" w:rsidR="008C1892" w:rsidRPr="0060740F" w:rsidRDefault="004D65FC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60740F">
        <w:rPr>
          <w:rFonts w:ascii="Times New Roman" w:hAnsi="Times New Roman" w:cs="Times New Roman"/>
          <w:color w:val="auto"/>
          <w:sz w:val="24"/>
          <w:szCs w:val="24"/>
        </w:rPr>
        <w:t>Report Writing</w:t>
      </w:r>
    </w:p>
    <w:p w14:paraId="52033E48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State the objective of each test.</w:t>
      </w:r>
    </w:p>
    <w:p w14:paraId="61793F7F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Describe the SPSS procedure used.</w:t>
      </w:r>
    </w:p>
    <w:p w14:paraId="0385E832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Present the output.</w:t>
      </w:r>
    </w:p>
    <w:p w14:paraId="43297FB6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>Interpret the results.</w:t>
      </w:r>
    </w:p>
    <w:p w14:paraId="2A152FC7" w14:textId="77777777" w:rsidR="008C1892" w:rsidRPr="0060740F" w:rsidRDefault="004D65FC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 xml:space="preserve">Provide </w:t>
      </w:r>
      <w:r w:rsidRPr="0060740F">
        <w:rPr>
          <w:rFonts w:ascii="Times New Roman" w:hAnsi="Times New Roman" w:cs="Times New Roman"/>
          <w:sz w:val="24"/>
          <w:szCs w:val="24"/>
        </w:rPr>
        <w:t>a clear conclusion.</w:t>
      </w:r>
    </w:p>
    <w:p w14:paraId="3D66D621" w14:textId="2D74841A" w:rsidR="008C1892" w:rsidRPr="0060740F" w:rsidRDefault="004D65FC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60740F">
        <w:rPr>
          <w:rFonts w:ascii="Times New Roman" w:hAnsi="Times New Roman" w:cs="Times New Roman"/>
          <w:color w:val="auto"/>
          <w:sz w:val="24"/>
          <w:szCs w:val="24"/>
        </w:rPr>
        <w:t>Bonus (Optional</w:t>
      </w:r>
      <w:r w:rsidRPr="0060740F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2D31973E" w14:textId="2EC6B325" w:rsidR="008C1892" w:rsidRPr="0060740F" w:rsidRDefault="004D65FC">
      <w:pPr>
        <w:rPr>
          <w:rFonts w:ascii="Times New Roman" w:hAnsi="Times New Roman" w:cs="Times New Roman"/>
          <w:sz w:val="24"/>
          <w:szCs w:val="24"/>
        </w:rPr>
      </w:pPr>
      <w:r w:rsidRPr="0060740F">
        <w:rPr>
          <w:rFonts w:ascii="Times New Roman" w:hAnsi="Times New Roman" w:cs="Times New Roman"/>
          <w:sz w:val="24"/>
          <w:szCs w:val="24"/>
        </w:rPr>
        <w:t xml:space="preserve">Write a </w:t>
      </w:r>
      <w:r w:rsidRPr="0060740F">
        <w:rPr>
          <w:rFonts w:ascii="Times New Roman" w:hAnsi="Times New Roman" w:cs="Times New Roman"/>
          <w:sz w:val="24"/>
          <w:szCs w:val="24"/>
        </w:rPr>
        <w:t>one-page thesis-style Results section reporting all diagnostic tests and explaining whether the data satisfy the assumptions required for regression analysis.</w:t>
      </w:r>
    </w:p>
    <w:p w14:paraId="17D37101" w14:textId="5638B9C3" w:rsidR="00021FF0" w:rsidRDefault="00021FF0">
      <w:pPr>
        <w:rPr>
          <w:rFonts w:ascii="Times New Roman" w:hAnsi="Times New Roman" w:cs="Times New Roman"/>
          <w:sz w:val="24"/>
          <w:szCs w:val="24"/>
        </w:rPr>
      </w:pPr>
    </w:p>
    <w:p w14:paraId="593B4BF3" w14:textId="52DD8883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17CADE43" w14:textId="5CBD6D8E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6A20C9C8" w14:textId="06E9FEC3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59DF310A" w14:textId="6269414B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7AFAD354" w14:textId="038A2BBD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66BCACA0" w14:textId="211B8F96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39604409" w14:textId="3D1EDF3E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64671C6C" w14:textId="62BA3F56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1E1CB9DC" w14:textId="4F12EAD0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23C708C1" w14:textId="77777777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3D7B696C" w14:textId="428821A3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7B7F360A" w14:textId="5A4916F1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4101F863" w14:textId="77777777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0DEDDCFA" w14:textId="6C4027AC" w:rsidR="0060740F" w:rsidRDefault="0060740F" w:rsidP="0060740F">
      <w:pPr>
        <w:pStyle w:val="Defaul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0740F">
        <w:rPr>
          <w:rFonts w:ascii="Times New Roman" w:hAnsi="Times New Roman" w:cs="Times New Roman"/>
          <w:b/>
          <w:bCs/>
          <w:sz w:val="36"/>
          <w:szCs w:val="36"/>
        </w:rPr>
        <w:lastRenderedPageBreak/>
        <w:t>Session 3: Advanced SPSS</w:t>
      </w:r>
    </w:p>
    <w:p w14:paraId="743EF415" w14:textId="77777777" w:rsidR="0060740F" w:rsidRPr="0060740F" w:rsidRDefault="0060740F" w:rsidP="0060740F">
      <w:pPr>
        <w:pStyle w:val="Default"/>
        <w:jc w:val="center"/>
        <w:rPr>
          <w:rFonts w:ascii="Times New Roman" w:hAnsi="Times New Roman" w:cs="Times New Roman"/>
          <w:sz w:val="36"/>
          <w:szCs w:val="36"/>
        </w:rPr>
      </w:pPr>
    </w:p>
    <w:p w14:paraId="79431F6F" w14:textId="25A789C4" w:rsidR="0060740F" w:rsidRDefault="0060740F" w:rsidP="0060740F">
      <w:pPr>
        <w:pStyle w:val="Defaul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0740F">
        <w:rPr>
          <w:rFonts w:ascii="Segoe UI Emoji" w:hAnsi="Segoe UI Emoji" w:cs="Segoe UI Emoji"/>
          <w:sz w:val="36"/>
          <w:szCs w:val="36"/>
        </w:rPr>
        <w:t>📅</w:t>
      </w:r>
      <w:r w:rsidRPr="0060740F">
        <w:rPr>
          <w:rFonts w:ascii="Times New Roman" w:hAnsi="Times New Roman" w:cs="Times New Roman"/>
          <w:b/>
          <w:bCs/>
          <w:sz w:val="36"/>
          <w:szCs w:val="36"/>
        </w:rPr>
        <w:t>July 18th, 2026</w:t>
      </w:r>
    </w:p>
    <w:p w14:paraId="275CD9C7" w14:textId="77777777" w:rsidR="0060740F" w:rsidRPr="0060740F" w:rsidRDefault="0060740F" w:rsidP="0060740F">
      <w:pPr>
        <w:pStyle w:val="Default"/>
        <w:jc w:val="center"/>
        <w:rPr>
          <w:rFonts w:ascii="Times New Roman" w:hAnsi="Times New Roman" w:cs="Times New Roman"/>
          <w:sz w:val="36"/>
          <w:szCs w:val="36"/>
        </w:rPr>
      </w:pPr>
    </w:p>
    <w:p w14:paraId="1F19E381" w14:textId="301B7C43" w:rsidR="0060740F" w:rsidRPr="0060740F" w:rsidRDefault="0060740F" w:rsidP="0060740F">
      <w:pPr>
        <w:pStyle w:val="Default"/>
        <w:spacing w:after="250"/>
        <w:rPr>
          <w:rFonts w:ascii="Times New Roman" w:hAnsi="Times New Roman" w:cs="Times New Roman"/>
          <w:sz w:val="36"/>
          <w:szCs w:val="36"/>
        </w:rPr>
      </w:pPr>
      <w:r w:rsidRPr="0060740F">
        <w:rPr>
          <w:rFonts w:ascii="Times New Roman" w:hAnsi="Times New Roman" w:cs="Times New Roman"/>
          <w:sz w:val="36"/>
          <w:szCs w:val="36"/>
        </w:rPr>
        <w:t>•</w:t>
      </w:r>
      <w:r w:rsidRPr="0060740F">
        <w:rPr>
          <w:rFonts w:ascii="Times New Roman" w:hAnsi="Times New Roman" w:cs="Times New Roman"/>
          <w:b/>
          <w:sz w:val="36"/>
          <w:szCs w:val="36"/>
        </w:rPr>
        <w:t>Correlation</w:t>
      </w:r>
      <w:r w:rsidRPr="0060740F">
        <w:rPr>
          <w:rFonts w:ascii="Times New Roman" w:hAnsi="Times New Roman" w:cs="Times New Roman"/>
          <w:sz w:val="36"/>
          <w:szCs w:val="36"/>
        </w:rPr>
        <w:t xml:space="preserve"> -Pearson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Pr="0060740F">
        <w:rPr>
          <w:rFonts w:ascii="Times New Roman" w:hAnsi="Times New Roman" w:cs="Times New Roman"/>
          <w:sz w:val="36"/>
          <w:szCs w:val="36"/>
        </w:rPr>
        <w:t>correlation, Interpretation of correlation coefficients</w:t>
      </w:r>
    </w:p>
    <w:p w14:paraId="3F39A135" w14:textId="297AEF6E" w:rsidR="0060740F" w:rsidRPr="0060740F" w:rsidRDefault="0060740F" w:rsidP="0060740F">
      <w:pPr>
        <w:pStyle w:val="Default"/>
        <w:spacing w:after="250"/>
        <w:rPr>
          <w:rFonts w:ascii="Times New Roman" w:hAnsi="Times New Roman" w:cs="Times New Roman"/>
          <w:sz w:val="36"/>
          <w:szCs w:val="36"/>
        </w:rPr>
      </w:pPr>
      <w:r w:rsidRPr="0060740F">
        <w:rPr>
          <w:rFonts w:ascii="Times New Roman" w:hAnsi="Times New Roman" w:cs="Times New Roman"/>
          <w:sz w:val="36"/>
          <w:szCs w:val="36"/>
        </w:rPr>
        <w:t>•</w:t>
      </w:r>
      <w:r w:rsidRPr="0060740F">
        <w:rPr>
          <w:rFonts w:ascii="Times New Roman" w:hAnsi="Times New Roman" w:cs="Times New Roman"/>
          <w:b/>
          <w:sz w:val="36"/>
          <w:szCs w:val="36"/>
        </w:rPr>
        <w:t>Regression</w:t>
      </w:r>
      <w:r w:rsidRPr="0060740F">
        <w:rPr>
          <w:rFonts w:ascii="Times New Roman" w:hAnsi="Times New Roman" w:cs="Times New Roman"/>
          <w:sz w:val="36"/>
          <w:szCs w:val="36"/>
        </w:rPr>
        <w:t xml:space="preserve"> -Simple and</w:t>
      </w:r>
      <w:r w:rsidRPr="0060740F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Pr="0060740F">
        <w:rPr>
          <w:rFonts w:ascii="Times New Roman" w:hAnsi="Times New Roman" w:cs="Times New Roman"/>
          <w:sz w:val="36"/>
          <w:szCs w:val="36"/>
        </w:rPr>
        <w:t>Multiple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Pr="0060740F">
        <w:rPr>
          <w:rFonts w:ascii="Times New Roman" w:hAnsi="Times New Roman" w:cs="Times New Roman"/>
          <w:sz w:val="36"/>
          <w:szCs w:val="36"/>
        </w:rPr>
        <w:t>regression</w:t>
      </w:r>
    </w:p>
    <w:p w14:paraId="20EA43D3" w14:textId="77777777" w:rsidR="0060740F" w:rsidRPr="0060740F" w:rsidRDefault="0060740F" w:rsidP="0060740F">
      <w:pPr>
        <w:pStyle w:val="Default"/>
        <w:rPr>
          <w:rFonts w:ascii="Times New Roman" w:hAnsi="Times New Roman" w:cs="Times New Roman"/>
          <w:sz w:val="36"/>
          <w:szCs w:val="36"/>
        </w:rPr>
      </w:pPr>
      <w:r w:rsidRPr="0060740F">
        <w:rPr>
          <w:rFonts w:ascii="Times New Roman" w:hAnsi="Times New Roman" w:cs="Times New Roman"/>
          <w:sz w:val="36"/>
          <w:szCs w:val="36"/>
        </w:rPr>
        <w:t>•</w:t>
      </w:r>
      <w:r w:rsidRPr="0060740F">
        <w:rPr>
          <w:rFonts w:ascii="Times New Roman" w:hAnsi="Times New Roman" w:cs="Times New Roman"/>
          <w:b/>
          <w:sz w:val="36"/>
          <w:szCs w:val="36"/>
        </w:rPr>
        <w:t>Hypothesis Testing</w:t>
      </w:r>
      <w:r w:rsidRPr="0060740F">
        <w:rPr>
          <w:rFonts w:ascii="Times New Roman" w:hAnsi="Times New Roman" w:cs="Times New Roman"/>
          <w:sz w:val="36"/>
          <w:szCs w:val="36"/>
        </w:rPr>
        <w:t xml:space="preserve"> -Using Regression results</w:t>
      </w:r>
    </w:p>
    <w:p w14:paraId="7FA20DFA" w14:textId="77777777" w:rsidR="0060740F" w:rsidRP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76D1C884" w14:textId="73F40852" w:rsidR="00021FF0" w:rsidRPr="0060740F" w:rsidRDefault="00021FF0">
      <w:pPr>
        <w:rPr>
          <w:rFonts w:ascii="Times New Roman" w:hAnsi="Times New Roman" w:cs="Times New Roman"/>
          <w:sz w:val="24"/>
          <w:szCs w:val="24"/>
        </w:rPr>
      </w:pPr>
    </w:p>
    <w:p w14:paraId="73F018E3" w14:textId="2EA3154A" w:rsidR="00021FF0" w:rsidRDefault="00021FF0">
      <w:pPr>
        <w:rPr>
          <w:rFonts w:ascii="Times New Roman" w:hAnsi="Times New Roman" w:cs="Times New Roman"/>
          <w:sz w:val="24"/>
          <w:szCs w:val="24"/>
        </w:rPr>
      </w:pPr>
    </w:p>
    <w:p w14:paraId="41747985" w14:textId="4D0A6871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2355996F" w14:textId="25EBFDC2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6972CB6C" w14:textId="73F2E72A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489B3CE7" w14:textId="067C537F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6A9BDFFD" w14:textId="78ECD73B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3109E8F9" w14:textId="643B59B8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53EDC9B3" w14:textId="645FBA68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477F1494" w14:textId="714541B6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08F6DC0E" w14:textId="0164BF29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1106329B" w14:textId="35D02C51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0E40F3C3" w14:textId="6CD430D7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2362A05E" w14:textId="19AEFE28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69590D5C" w14:textId="77777777" w:rsid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4D7E6AB8" w14:textId="0666F982" w:rsidR="0060740F" w:rsidRDefault="0060740F" w:rsidP="0060740F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lastRenderedPageBreak/>
        <w:t xml:space="preserve">If you have not </w:t>
      </w:r>
      <w:r>
        <w:rPr>
          <w:rFonts w:ascii="Times New Roman" w:hAnsi="Times New Roman" w:cs="Times New Roman"/>
          <w:sz w:val="52"/>
          <w:szCs w:val="52"/>
        </w:rPr>
        <w:t>made the payment</w:t>
      </w:r>
      <w:r>
        <w:rPr>
          <w:rFonts w:ascii="Times New Roman" w:hAnsi="Times New Roman" w:cs="Times New Roman"/>
          <w:sz w:val="52"/>
          <w:szCs w:val="52"/>
        </w:rPr>
        <w:t>, please do so through our:</w:t>
      </w:r>
    </w:p>
    <w:p w14:paraId="05D0F9A0" w14:textId="77777777" w:rsidR="0060740F" w:rsidRDefault="0060740F" w:rsidP="0060740F">
      <w:pPr>
        <w:rPr>
          <w:rFonts w:ascii="Times New Roman" w:hAnsi="Times New Roman" w:cs="Times New Roman"/>
          <w:sz w:val="52"/>
          <w:szCs w:val="52"/>
        </w:rPr>
      </w:pPr>
    </w:p>
    <w:p w14:paraId="3D052E5D" w14:textId="77777777" w:rsidR="0060740F" w:rsidRPr="00AA3C07" w:rsidRDefault="0060740F" w:rsidP="0060740F">
      <w:pPr>
        <w:rPr>
          <w:rFonts w:ascii="Times New Roman" w:hAnsi="Times New Roman" w:cs="Times New Roman"/>
          <w:sz w:val="52"/>
          <w:szCs w:val="52"/>
        </w:rPr>
      </w:pPr>
      <w:r w:rsidRPr="00AA3C07">
        <w:rPr>
          <w:rFonts w:ascii="Times New Roman" w:hAnsi="Times New Roman" w:cs="Times New Roman"/>
          <w:sz w:val="52"/>
          <w:szCs w:val="52"/>
        </w:rPr>
        <w:t xml:space="preserve">MPESA TILL NUMBER:  </w:t>
      </w:r>
      <w:r w:rsidRPr="00AA3C07">
        <w:rPr>
          <w:rFonts w:ascii="Times New Roman" w:hAnsi="Times New Roman" w:cs="Times New Roman"/>
          <w:b/>
          <w:sz w:val="52"/>
          <w:szCs w:val="52"/>
        </w:rPr>
        <w:t>856105</w:t>
      </w:r>
    </w:p>
    <w:p w14:paraId="7D1FF171" w14:textId="77777777" w:rsidR="0060740F" w:rsidRPr="0060740F" w:rsidRDefault="0060740F">
      <w:pPr>
        <w:rPr>
          <w:rFonts w:ascii="Times New Roman" w:hAnsi="Times New Roman" w:cs="Times New Roman"/>
          <w:sz w:val="24"/>
          <w:szCs w:val="24"/>
        </w:rPr>
      </w:pPr>
    </w:p>
    <w:p w14:paraId="3315ADCD" w14:textId="61B96AA3" w:rsidR="00021FF0" w:rsidRPr="0060740F" w:rsidRDefault="00021FF0">
      <w:pPr>
        <w:rPr>
          <w:rFonts w:ascii="Times New Roman" w:hAnsi="Times New Roman" w:cs="Times New Roman"/>
          <w:sz w:val="24"/>
          <w:szCs w:val="24"/>
        </w:rPr>
      </w:pPr>
    </w:p>
    <w:p w14:paraId="213CCEE7" w14:textId="34DA25AC" w:rsidR="00021FF0" w:rsidRPr="0060740F" w:rsidRDefault="00021FF0">
      <w:pPr>
        <w:rPr>
          <w:rFonts w:ascii="Times New Roman" w:hAnsi="Times New Roman" w:cs="Times New Roman"/>
          <w:sz w:val="24"/>
          <w:szCs w:val="24"/>
        </w:rPr>
      </w:pPr>
    </w:p>
    <w:p w14:paraId="2FE40257" w14:textId="77777777" w:rsidR="00021FF0" w:rsidRPr="0060740F" w:rsidRDefault="00021FF0">
      <w:pPr>
        <w:rPr>
          <w:rFonts w:ascii="Times New Roman" w:hAnsi="Times New Roman" w:cs="Times New Roman"/>
          <w:sz w:val="24"/>
          <w:szCs w:val="24"/>
        </w:rPr>
      </w:pPr>
    </w:p>
    <w:sectPr w:rsidR="00021FF0" w:rsidRPr="0060740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DAFE3" w14:textId="77777777" w:rsidR="004D65FC" w:rsidRDefault="004D65FC" w:rsidP="00021FF0">
      <w:pPr>
        <w:spacing w:after="0" w:line="240" w:lineRule="auto"/>
      </w:pPr>
      <w:r>
        <w:separator/>
      </w:r>
    </w:p>
  </w:endnote>
  <w:endnote w:type="continuationSeparator" w:id="0">
    <w:p w14:paraId="675DD682" w14:textId="77777777" w:rsidR="004D65FC" w:rsidRDefault="004D65FC" w:rsidP="00021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altName w:val="Segoe UI Emoji"/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C1CD4" w14:textId="77777777" w:rsidR="004D65FC" w:rsidRDefault="004D65FC" w:rsidP="00021FF0">
      <w:pPr>
        <w:spacing w:after="0" w:line="240" w:lineRule="auto"/>
      </w:pPr>
      <w:r>
        <w:separator/>
      </w:r>
    </w:p>
  </w:footnote>
  <w:footnote w:type="continuationSeparator" w:id="0">
    <w:p w14:paraId="644EEA37" w14:textId="77777777" w:rsidR="004D65FC" w:rsidRDefault="004D65FC" w:rsidP="00021F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FF0"/>
    <w:rsid w:val="00034616"/>
    <w:rsid w:val="0006063C"/>
    <w:rsid w:val="0015074B"/>
    <w:rsid w:val="0029639D"/>
    <w:rsid w:val="00326F90"/>
    <w:rsid w:val="004C4FA4"/>
    <w:rsid w:val="004D65FC"/>
    <w:rsid w:val="0060740F"/>
    <w:rsid w:val="008C1892"/>
    <w:rsid w:val="00AA1D8D"/>
    <w:rsid w:val="00B47730"/>
    <w:rsid w:val="00C37C6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92837C"/>
  <w14:defaultImageDpi w14:val="300"/>
  <w15:docId w15:val="{9CCD8300-DFE6-4DEB-A1DF-D1F836F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21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FF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1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KE" w:eastAsia="en-KE"/>
    </w:rPr>
  </w:style>
  <w:style w:type="paragraph" w:customStyle="1" w:styleId="Default">
    <w:name w:val="Default"/>
    <w:rsid w:val="006074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K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2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9754CD-5D09-45AC-A93B-1F0208B68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generated by python-docx</dc:description>
  <cp:lastModifiedBy>Tobit Research Consulting</cp:lastModifiedBy>
  <cp:revision>2</cp:revision>
  <dcterms:created xsi:type="dcterms:W3CDTF">2026-07-11T07:34:00Z</dcterms:created>
  <dcterms:modified xsi:type="dcterms:W3CDTF">2026-07-11T07:34:00Z</dcterms:modified>
  <cp:category/>
</cp:coreProperties>
</file>